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CA67F4" w:rsidRPr="006831A2">
        <w:trPr>
          <w:jc w:val="center"/>
        </w:trPr>
        <w:tc>
          <w:tcPr>
            <w:tcW w:w="4819" w:type="dxa"/>
            <w:vAlign w:val="center"/>
          </w:tcPr>
          <w:p w:rsidR="00CA67F4" w:rsidRDefault="00CA67F4">
            <w:pPr>
              <w:spacing w:after="0"/>
              <w:jc w:val="left"/>
            </w:pPr>
          </w:p>
        </w:tc>
        <w:tc>
          <w:tcPr>
            <w:tcW w:w="4819" w:type="dxa"/>
            <w:vAlign w:val="center"/>
          </w:tcPr>
          <w:p w:rsidR="00D54509" w:rsidRPr="00D54509" w:rsidRDefault="00D54509" w:rsidP="00EF6A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54509">
              <w:rPr>
                <w:b/>
                <w:bCs/>
                <w:sz w:val="24"/>
                <w:szCs w:val="24"/>
                <w:lang w:val="ru-RU"/>
              </w:rPr>
              <w:t>ЗАТВЕРДЖЕНО</w:t>
            </w:r>
          </w:p>
          <w:p w:rsidR="00D54509" w:rsidRPr="00D54509" w:rsidRDefault="00D54509" w:rsidP="00EF6A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54509">
              <w:rPr>
                <w:sz w:val="24"/>
                <w:szCs w:val="24"/>
                <w:lang w:val="ru-RU"/>
              </w:rPr>
              <w:t>наказом директора</w:t>
            </w:r>
          </w:p>
          <w:p w:rsidR="00D54509" w:rsidRPr="00D54509" w:rsidRDefault="003D44FB" w:rsidP="00EF6A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Хмельницького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закладу </w:t>
            </w:r>
            <w:proofErr w:type="spellStart"/>
            <w:r>
              <w:rPr>
                <w:sz w:val="24"/>
                <w:szCs w:val="24"/>
                <w:lang w:val="ru-RU"/>
              </w:rPr>
              <w:t>дошкільної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освіти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№ 32 «</w:t>
            </w:r>
            <w:proofErr w:type="spellStart"/>
            <w:r>
              <w:rPr>
                <w:sz w:val="24"/>
                <w:szCs w:val="24"/>
                <w:lang w:val="ru-RU"/>
              </w:rPr>
              <w:t>Росинка</w:t>
            </w:r>
            <w:proofErr w:type="gramStart"/>
            <w:r>
              <w:rPr>
                <w:sz w:val="24"/>
                <w:szCs w:val="24"/>
                <w:lang w:val="ru-RU"/>
              </w:rPr>
              <w:t>»</w:t>
            </w:r>
            <w:r w:rsidR="006831A2">
              <w:rPr>
                <w:sz w:val="24"/>
                <w:szCs w:val="24"/>
                <w:lang w:val="ru-RU"/>
              </w:rPr>
              <w:t>Х</w:t>
            </w:r>
            <w:proofErr w:type="gramEnd"/>
            <w:r w:rsidR="006831A2">
              <w:rPr>
                <w:sz w:val="24"/>
                <w:szCs w:val="24"/>
                <w:lang w:val="ru-RU"/>
              </w:rPr>
              <w:t>мельницької</w:t>
            </w:r>
            <w:proofErr w:type="spellEnd"/>
            <w:r w:rsidR="006831A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6831A2">
              <w:rPr>
                <w:sz w:val="24"/>
                <w:szCs w:val="24"/>
                <w:lang w:val="ru-RU"/>
              </w:rPr>
              <w:t>міської</w:t>
            </w:r>
            <w:proofErr w:type="spellEnd"/>
            <w:r w:rsidR="006831A2">
              <w:rPr>
                <w:sz w:val="24"/>
                <w:szCs w:val="24"/>
                <w:lang w:val="ru-RU"/>
              </w:rPr>
              <w:t xml:space="preserve"> ради </w:t>
            </w:r>
            <w:proofErr w:type="spellStart"/>
            <w:r w:rsidR="006831A2">
              <w:rPr>
                <w:sz w:val="24"/>
                <w:szCs w:val="24"/>
                <w:lang w:val="ru-RU"/>
              </w:rPr>
              <w:t>Хмельницької</w:t>
            </w:r>
            <w:proofErr w:type="spellEnd"/>
            <w:r w:rsidR="006831A2">
              <w:rPr>
                <w:sz w:val="24"/>
                <w:szCs w:val="24"/>
                <w:lang w:val="ru-RU"/>
              </w:rPr>
              <w:t xml:space="preserve"> області</w:t>
            </w:r>
            <w:bookmarkStart w:id="0" w:name="_GoBack"/>
            <w:bookmarkEnd w:id="0"/>
          </w:p>
          <w:p w:rsidR="00D54509" w:rsidRPr="00D54509" w:rsidRDefault="00D54509" w:rsidP="00EF6A65">
            <w:pPr>
              <w:spacing w:after="0" w:line="240" w:lineRule="auto"/>
              <w:rPr>
                <w:sz w:val="22"/>
                <w:lang w:val="ru-RU"/>
              </w:rPr>
            </w:pPr>
          </w:p>
          <w:p w:rsidR="00D54509" w:rsidRPr="00D54509" w:rsidRDefault="005B24BC" w:rsidP="00EF6A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«01» </w:t>
            </w:r>
            <w:proofErr w:type="spellStart"/>
            <w:r>
              <w:rPr>
                <w:sz w:val="24"/>
                <w:szCs w:val="24"/>
                <w:lang w:val="ru-RU"/>
              </w:rPr>
              <w:t>вересня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2026 р. № 119</w:t>
            </w:r>
            <w:r w:rsidR="00D54509" w:rsidRPr="00D54509">
              <w:rPr>
                <w:sz w:val="24"/>
                <w:szCs w:val="24"/>
                <w:lang w:val="ru-RU"/>
              </w:rPr>
              <w:t xml:space="preserve"> </w:t>
            </w:r>
          </w:p>
          <w:p w:rsidR="00D54509" w:rsidRPr="00D54509" w:rsidRDefault="00D54509" w:rsidP="00EF6A6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  <w:p w:rsidR="00CA67F4" w:rsidRPr="00D54509" w:rsidRDefault="003D44FB" w:rsidP="00EF6A65">
            <w:pPr>
              <w:spacing w:after="0" w:line="240" w:lineRule="auto"/>
              <w:jc w:val="left"/>
              <w:rPr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    ____________</w:t>
            </w:r>
            <w:r w:rsidRPr="003D44FB">
              <w:rPr>
                <w:iCs/>
                <w:sz w:val="24"/>
                <w:szCs w:val="24"/>
                <w:lang w:val="ru-RU"/>
              </w:rPr>
              <w:t>Валентина БОГАЧУК</w:t>
            </w:r>
          </w:p>
        </w:tc>
      </w:tr>
    </w:tbl>
    <w:p w:rsidR="00CA67F4" w:rsidRPr="00D54509" w:rsidRDefault="00CA67F4">
      <w:pPr>
        <w:spacing w:after="280"/>
        <w:jc w:val="left"/>
        <w:rPr>
          <w:lang w:val="ru-RU"/>
        </w:rPr>
      </w:pPr>
    </w:p>
    <w:p w:rsidR="00CA67F4" w:rsidRDefault="005C4B1B" w:rsidP="005F6191">
      <w:pPr>
        <w:spacing w:after="80" w:line="240" w:lineRule="auto"/>
        <w:ind w:firstLine="709"/>
        <w:jc w:val="center"/>
      </w:pPr>
      <w:r>
        <w:rPr>
          <w:b/>
          <w:sz w:val="32"/>
        </w:rPr>
        <w:t>ПОРЯДОК</w:t>
      </w:r>
    </w:p>
    <w:p w:rsidR="00CA67F4" w:rsidRPr="002A00C0" w:rsidRDefault="005C4B1B" w:rsidP="005F6191">
      <w:pPr>
        <w:spacing w:line="240" w:lineRule="auto"/>
        <w:ind w:firstLine="709"/>
        <w:jc w:val="center"/>
        <w:rPr>
          <w:rFonts w:cs="Times New Roman"/>
          <w:szCs w:val="28"/>
          <w:lang w:val="ru-RU"/>
        </w:rPr>
      </w:pPr>
      <w:proofErr w:type="spellStart"/>
      <w:r w:rsidRPr="002A00C0">
        <w:rPr>
          <w:rFonts w:cs="Times New Roman"/>
          <w:b/>
          <w:szCs w:val="28"/>
          <w:lang w:val="ru-RU"/>
        </w:rPr>
        <w:t>реагування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gramStart"/>
      <w:r w:rsidRPr="002A00C0">
        <w:rPr>
          <w:rFonts w:cs="Times New Roman"/>
          <w:b/>
          <w:szCs w:val="28"/>
          <w:lang w:val="ru-RU"/>
        </w:rPr>
        <w:t xml:space="preserve">на </w:t>
      </w:r>
      <w:proofErr w:type="spellStart"/>
      <w:r w:rsidRPr="002A00C0">
        <w:rPr>
          <w:rFonts w:cs="Times New Roman"/>
          <w:b/>
          <w:szCs w:val="28"/>
          <w:lang w:val="ru-RU"/>
        </w:rPr>
        <w:t>ймов</w:t>
      </w:r>
      <w:proofErr w:type="gramEnd"/>
      <w:r w:rsidRPr="002A00C0">
        <w:rPr>
          <w:rFonts w:cs="Times New Roman"/>
          <w:b/>
          <w:szCs w:val="28"/>
          <w:lang w:val="ru-RU"/>
        </w:rPr>
        <w:t>ірні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випадки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насильства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та </w:t>
      </w:r>
      <w:proofErr w:type="spellStart"/>
      <w:r w:rsidRPr="002A00C0">
        <w:rPr>
          <w:rFonts w:cs="Times New Roman"/>
          <w:b/>
          <w:szCs w:val="28"/>
          <w:lang w:val="ru-RU"/>
        </w:rPr>
        <w:t>жорстокого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поводження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з </w:t>
      </w:r>
      <w:proofErr w:type="spellStart"/>
      <w:r w:rsidRPr="002A00C0">
        <w:rPr>
          <w:rFonts w:cs="Times New Roman"/>
          <w:b/>
          <w:szCs w:val="28"/>
          <w:lang w:val="ru-RU"/>
        </w:rPr>
        <w:t>дітьми</w:t>
      </w:r>
      <w:proofErr w:type="spellEnd"/>
    </w:p>
    <w:p w:rsidR="00CA67F4" w:rsidRPr="002A00C0" w:rsidRDefault="003D44FB" w:rsidP="005F6191">
      <w:pPr>
        <w:spacing w:after="0" w:line="240" w:lineRule="auto"/>
        <w:ind w:firstLine="709"/>
        <w:jc w:val="center"/>
        <w:rPr>
          <w:rFonts w:cs="Times New Roman"/>
          <w:szCs w:val="28"/>
          <w:lang w:val="ru-RU"/>
        </w:rPr>
      </w:pPr>
      <w:r w:rsidRPr="002A00C0">
        <w:rPr>
          <w:rFonts w:cs="Times New Roman"/>
          <w:b/>
          <w:szCs w:val="28"/>
          <w:lang w:val="ru-RU"/>
        </w:rPr>
        <w:t xml:space="preserve">у </w:t>
      </w:r>
      <w:proofErr w:type="spellStart"/>
      <w:r w:rsidRPr="002A00C0">
        <w:rPr>
          <w:rFonts w:cs="Times New Roman"/>
          <w:b/>
          <w:szCs w:val="28"/>
          <w:lang w:val="ru-RU"/>
        </w:rPr>
        <w:t>Хмельницькому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закладі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дошкільної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освіти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№ 32 «</w:t>
      </w:r>
      <w:proofErr w:type="spellStart"/>
      <w:r w:rsidRPr="002A00C0">
        <w:rPr>
          <w:rFonts w:cs="Times New Roman"/>
          <w:b/>
          <w:szCs w:val="28"/>
          <w:lang w:val="ru-RU"/>
        </w:rPr>
        <w:t>Росинка</w:t>
      </w:r>
      <w:proofErr w:type="gramStart"/>
      <w:r w:rsidRPr="002A00C0">
        <w:rPr>
          <w:rFonts w:cs="Times New Roman"/>
          <w:b/>
          <w:szCs w:val="28"/>
          <w:lang w:val="ru-RU"/>
        </w:rPr>
        <w:t>»Х</w:t>
      </w:r>
      <w:proofErr w:type="gramEnd"/>
      <w:r w:rsidRPr="002A00C0">
        <w:rPr>
          <w:rFonts w:cs="Times New Roman"/>
          <w:b/>
          <w:szCs w:val="28"/>
          <w:lang w:val="ru-RU"/>
        </w:rPr>
        <w:t>мельницької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міської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ради </w:t>
      </w:r>
      <w:proofErr w:type="spellStart"/>
      <w:r w:rsidRPr="002A00C0">
        <w:rPr>
          <w:rFonts w:cs="Times New Roman"/>
          <w:b/>
          <w:szCs w:val="28"/>
          <w:lang w:val="ru-RU"/>
        </w:rPr>
        <w:t>Хмельницької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  <w:proofErr w:type="spellStart"/>
      <w:r w:rsidRPr="002A00C0">
        <w:rPr>
          <w:rFonts w:cs="Times New Roman"/>
          <w:b/>
          <w:szCs w:val="28"/>
          <w:lang w:val="ru-RU"/>
        </w:rPr>
        <w:t>області</w:t>
      </w:r>
      <w:proofErr w:type="spellEnd"/>
      <w:r w:rsidRPr="002A00C0">
        <w:rPr>
          <w:rFonts w:cs="Times New Roman"/>
          <w:b/>
          <w:szCs w:val="28"/>
          <w:lang w:val="ru-RU"/>
        </w:rPr>
        <w:t xml:space="preserve"> </w:t>
      </w:r>
    </w:p>
    <w:p w:rsidR="00CA67F4" w:rsidRPr="005F6191" w:rsidRDefault="00CA67F4" w:rsidP="005F6191">
      <w:pPr>
        <w:spacing w:after="240" w:line="240" w:lineRule="auto"/>
        <w:ind w:firstLine="709"/>
        <w:jc w:val="center"/>
        <w:rPr>
          <w:rFonts w:cs="Times New Roman"/>
          <w:sz w:val="24"/>
          <w:szCs w:val="24"/>
          <w:lang w:val="ru-RU"/>
        </w:rPr>
      </w:pP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Загальні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положення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Порядок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визначає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механізм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ймовірні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та/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дітьми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="003D44FB">
        <w:rPr>
          <w:rFonts w:cs="Times New Roman"/>
          <w:sz w:val="24"/>
          <w:szCs w:val="24"/>
          <w:lang w:val="ru-RU"/>
        </w:rPr>
        <w:t>Хмельницькому</w:t>
      </w:r>
      <w:proofErr w:type="spellEnd"/>
      <w:r w:rsidR="003D44FB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3D44FB">
        <w:rPr>
          <w:rFonts w:cs="Times New Roman"/>
          <w:sz w:val="24"/>
          <w:szCs w:val="24"/>
          <w:lang w:val="ru-RU"/>
        </w:rPr>
        <w:t>закладі</w:t>
      </w:r>
      <w:proofErr w:type="spellEnd"/>
      <w:r w:rsidR="003D44FB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3D44FB">
        <w:rPr>
          <w:rFonts w:cs="Times New Roman"/>
          <w:sz w:val="24"/>
          <w:szCs w:val="24"/>
          <w:lang w:val="ru-RU"/>
        </w:rPr>
        <w:t>дошкільної</w:t>
      </w:r>
      <w:proofErr w:type="spellEnd"/>
      <w:r w:rsidR="003D44FB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3D44FB">
        <w:rPr>
          <w:rFonts w:cs="Times New Roman"/>
          <w:sz w:val="24"/>
          <w:szCs w:val="24"/>
          <w:lang w:val="ru-RU"/>
        </w:rPr>
        <w:t>освіти</w:t>
      </w:r>
      <w:proofErr w:type="spellEnd"/>
      <w:r w:rsidR="003D44FB">
        <w:rPr>
          <w:rFonts w:cs="Times New Roman"/>
          <w:sz w:val="24"/>
          <w:szCs w:val="24"/>
          <w:lang w:val="ru-RU"/>
        </w:rPr>
        <w:t xml:space="preserve"> № 32 «Росинка»</w:t>
      </w:r>
      <w:r w:rsidRPr="005F6191">
        <w:rPr>
          <w:rFonts w:cs="Times New Roman"/>
          <w:sz w:val="24"/>
          <w:szCs w:val="24"/>
          <w:lang w:val="ru-RU"/>
        </w:rPr>
        <w:t xml:space="preserve"> (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далі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- Заклад),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сталис</w:t>
      </w:r>
      <w:r w:rsidR="005F6191">
        <w:rPr>
          <w:rFonts w:cs="Times New Roman"/>
          <w:sz w:val="24"/>
          <w:szCs w:val="24"/>
          <w:lang w:val="ru-RU"/>
        </w:rPr>
        <w:t>я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="005F6191">
        <w:rPr>
          <w:rFonts w:cs="Times New Roman"/>
          <w:sz w:val="24"/>
          <w:szCs w:val="24"/>
          <w:lang w:val="ru-RU"/>
        </w:rPr>
        <w:t>приміщенні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чи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="005F6191">
        <w:rPr>
          <w:rFonts w:cs="Times New Roman"/>
          <w:sz w:val="24"/>
          <w:szCs w:val="24"/>
          <w:lang w:val="ru-RU"/>
        </w:rPr>
        <w:t>території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 xml:space="preserve">акладу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межами,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організатор</w:t>
      </w:r>
      <w:r w:rsidR="005F6191">
        <w:rPr>
          <w:rFonts w:cs="Times New Roman"/>
          <w:sz w:val="24"/>
          <w:szCs w:val="24"/>
          <w:lang w:val="ru-RU"/>
        </w:rPr>
        <w:t>ом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чи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співорганізатором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яких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є з</w:t>
      </w:r>
      <w:r w:rsidRPr="005F6191">
        <w:rPr>
          <w:rFonts w:cs="Times New Roman"/>
          <w:sz w:val="24"/>
          <w:szCs w:val="24"/>
          <w:lang w:val="ru-RU"/>
        </w:rPr>
        <w:t>аклад.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Порядок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розроблено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Pr="005F6191">
        <w:rPr>
          <w:rFonts w:cs="Times New Roman"/>
          <w:sz w:val="24"/>
          <w:szCs w:val="24"/>
          <w:lang w:val="ru-RU"/>
        </w:rPr>
        <w:t>до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«Про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», «Про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загальну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середню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», «Про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дошкільну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освіту</w:t>
      </w:r>
      <w:proofErr w:type="spellEnd"/>
      <w:r w:rsidRPr="005F6191">
        <w:rPr>
          <w:rFonts w:cs="Times New Roman"/>
          <w:sz w:val="24"/>
          <w:szCs w:val="24"/>
          <w:lang w:val="ru-RU"/>
        </w:rPr>
        <w:t>» (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залежно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типу Закладу), «Про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охорону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», «Про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запобігання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протидію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домашньому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», «Про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захист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»;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Типової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програми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унеможливлення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дітьми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затвердженої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постановою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Кабінету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Міні</w:t>
      </w:r>
      <w:proofErr w:type="gramStart"/>
      <w:r w:rsidRPr="005F6191">
        <w:rPr>
          <w:rFonts w:cs="Times New Roman"/>
          <w:sz w:val="24"/>
          <w:szCs w:val="24"/>
          <w:lang w:val="ru-RU"/>
        </w:rPr>
        <w:t>стр</w:t>
      </w:r>
      <w:proofErr w:type="gramEnd"/>
      <w:r w:rsidRPr="005F6191">
        <w:rPr>
          <w:rFonts w:cs="Times New Roman"/>
          <w:sz w:val="24"/>
          <w:szCs w:val="24"/>
          <w:lang w:val="ru-RU"/>
        </w:rPr>
        <w:t>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04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червня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2025 року № 658; Порядку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дітьми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затвердженого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постановою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Кабінету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Міністрів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19 листопада 2025 року № 1513; Порядку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забезпечення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соц</w:t>
      </w:r>
      <w:proofErr w:type="gramEnd"/>
      <w:r w:rsidRPr="005F6191">
        <w:rPr>
          <w:rFonts w:cs="Times New Roman"/>
          <w:sz w:val="24"/>
          <w:szCs w:val="24"/>
          <w:lang w:val="ru-RU"/>
        </w:rPr>
        <w:t>іального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захисту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перебувають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складних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життєвих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обставинах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у тому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числі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постраждали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затвердженого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постановою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Кабінету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Міністрів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01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червня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2020 року № 585,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актів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Порядку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поширюється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всіх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Закладу,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здобувачів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батьків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також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залучених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освітнього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процесу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заході</w:t>
      </w:r>
      <w:proofErr w:type="gramStart"/>
      <w:r w:rsidRPr="005F6191">
        <w:rPr>
          <w:rFonts w:cs="Times New Roman"/>
          <w:sz w:val="24"/>
          <w:szCs w:val="24"/>
          <w:lang w:val="ru-RU"/>
        </w:rPr>
        <w:t>в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 xml:space="preserve"> Закладу.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4.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цьому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Порядку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терміни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вживаються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значеннях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наведених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законодавстві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Для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цілей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Порядку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є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усна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письмова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заява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скарга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інша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ймовірний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випадок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та/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Особами,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стали сторонами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є особи,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ймовірно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вчинили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постраждали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стали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св</w:t>
      </w:r>
      <w:proofErr w:type="gramEnd"/>
      <w:r w:rsidRPr="005F6191">
        <w:rPr>
          <w:rFonts w:cs="Times New Roman"/>
          <w:sz w:val="24"/>
          <w:szCs w:val="24"/>
          <w:lang w:val="ru-RU"/>
        </w:rPr>
        <w:t>ідками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5.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здійснюється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дотриманням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принципів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найкращих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інтересів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поваги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гідності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прав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людини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неупередженості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конфіденційності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захисту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невідкладності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комплексного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ідходу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нульової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толерантності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6.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Подання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потребує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попереднього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доведення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факту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Достатньою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ідставою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для початку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є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ознаки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можуть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свідчити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дитиною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lastRenderedPageBreak/>
        <w:t>II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Подання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приймання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реєстрація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повідомлень</w:t>
      </w:r>
      <w:proofErr w:type="spellEnd"/>
    </w:p>
    <w:p w:rsidR="00CA67F4" w:rsidRPr="005F6191" w:rsidRDefault="003D44F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>
        <w:rPr>
          <w:rFonts w:cs="Times New Roman"/>
          <w:sz w:val="24"/>
          <w:szCs w:val="24"/>
          <w:lang w:val="ru-RU"/>
        </w:rPr>
        <w:t>Повідомлення</w:t>
      </w:r>
      <w:proofErr w:type="spellEnd"/>
      <w:r>
        <w:rPr>
          <w:rFonts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cs="Times New Roman"/>
          <w:sz w:val="24"/>
          <w:szCs w:val="24"/>
          <w:lang w:val="ru-RU"/>
        </w:rPr>
        <w:t>можуть</w:t>
      </w:r>
      <w:proofErr w:type="spellEnd"/>
      <w:r>
        <w:rPr>
          <w:rFonts w:cs="Times New Roman"/>
          <w:sz w:val="24"/>
          <w:szCs w:val="24"/>
          <w:lang w:val="ru-RU"/>
        </w:rPr>
        <w:t xml:space="preserve"> подати </w:t>
      </w:r>
      <w:r w:rsidR="005C4B1B" w:rsidRPr="005F6191">
        <w:rPr>
          <w:rFonts w:cs="Times New Roman"/>
          <w:sz w:val="24"/>
          <w:szCs w:val="24"/>
          <w:lang w:val="ru-RU"/>
        </w:rPr>
        <w:t xml:space="preserve"> батьки </w:t>
      </w:r>
      <w:proofErr w:type="spellStart"/>
      <w:r>
        <w:rPr>
          <w:rFonts w:cs="Times New Roman"/>
          <w:sz w:val="24"/>
          <w:szCs w:val="24"/>
          <w:lang w:val="ru-RU"/>
        </w:rPr>
        <w:t>дитини</w:t>
      </w:r>
      <w:proofErr w:type="spellEnd"/>
      <w:r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інші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законні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представники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працівник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Закладу, </w:t>
      </w:r>
      <w:proofErr w:type="spellStart"/>
      <w:proofErr w:type="gramStart"/>
      <w:r w:rsidR="005C4B1B" w:rsidRPr="005F6191">
        <w:rPr>
          <w:rFonts w:cs="Times New Roman"/>
          <w:sz w:val="24"/>
          <w:szCs w:val="24"/>
          <w:lang w:val="ru-RU"/>
        </w:rPr>
        <w:t>св</w:t>
      </w:r>
      <w:proofErr w:type="gramEnd"/>
      <w:r w:rsidR="005C4B1B" w:rsidRPr="005F6191">
        <w:rPr>
          <w:rFonts w:cs="Times New Roman"/>
          <w:sz w:val="24"/>
          <w:szCs w:val="24"/>
          <w:lang w:val="ru-RU"/>
        </w:rPr>
        <w:t>ідок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будь-яка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інша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особа: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особисто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керівнику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визначеній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відповідальній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особі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; телефоном; у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паперовій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формі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;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електронною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поштою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через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інший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оприлюднений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канал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зв’язку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Закладу.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Заклад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забезпечує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доступність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конфіденційність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каналів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gramStart"/>
      <w:r w:rsidRPr="005F6191">
        <w:rPr>
          <w:rFonts w:cs="Times New Roman"/>
          <w:sz w:val="24"/>
          <w:szCs w:val="24"/>
          <w:lang w:val="ru-RU"/>
        </w:rPr>
        <w:t>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тому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числі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можливість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самозвернення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Анонімне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ідлягає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реєстрації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опрацюванню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наведено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достатньо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відомостей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отримав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неві</w:t>
      </w:r>
      <w:r w:rsidR="005F6191">
        <w:rPr>
          <w:rFonts w:cs="Times New Roman"/>
          <w:sz w:val="24"/>
          <w:szCs w:val="24"/>
          <w:lang w:val="ru-RU"/>
        </w:rPr>
        <w:t>дкладно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передає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керівнику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 xml:space="preserve">акладу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особі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яка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обов’язки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</w:t>
      </w:r>
      <w:r w:rsidR="005F6191">
        <w:rPr>
          <w:rFonts w:cs="Times New Roman"/>
          <w:sz w:val="24"/>
          <w:szCs w:val="24"/>
          <w:lang w:val="ru-RU"/>
        </w:rPr>
        <w:t>ідомлення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стосується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="005F6191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 xml:space="preserve">акладу,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воно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передається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засновнику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відповідному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органу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управління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освітою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реєструється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журналі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обл</w:t>
      </w:r>
      <w:proofErr w:type="gramEnd"/>
      <w:r w:rsidRPr="005F6191">
        <w:rPr>
          <w:rFonts w:cs="Times New Roman"/>
          <w:sz w:val="24"/>
          <w:szCs w:val="24"/>
          <w:lang w:val="ru-RU"/>
        </w:rPr>
        <w:t>іку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внутрішніх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інцидентів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(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) у день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надходження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із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зазначенням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й точного часу. Доступ </w:t>
      </w:r>
      <w:proofErr w:type="gramStart"/>
      <w:r w:rsidRPr="005F6191">
        <w:rPr>
          <w:rFonts w:cs="Times New Roman"/>
          <w:sz w:val="24"/>
          <w:szCs w:val="24"/>
          <w:lang w:val="ru-RU"/>
        </w:rPr>
        <w:t>до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Pr="005F6191">
        <w:rPr>
          <w:rFonts w:cs="Times New Roman"/>
          <w:sz w:val="24"/>
          <w:szCs w:val="24"/>
          <w:lang w:val="ru-RU"/>
        </w:rPr>
        <w:t>журналу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мають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лише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уповноважені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особи</w:t>
      </w:r>
      <w:r w:rsidR="000D1140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5.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розглядає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усні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письмові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протягом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однієї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доби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дня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їх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надходження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строк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замінює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обов’язку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уповноважені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органи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протягом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трьох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годин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ісля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виявлення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ознак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III</w:t>
      </w:r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Невідкладні</w:t>
      </w:r>
      <w:proofErr w:type="spellEnd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дії</w:t>
      </w:r>
      <w:proofErr w:type="spellEnd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працівника</w:t>
      </w:r>
      <w:proofErr w:type="spellEnd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акладу</w:t>
      </w:r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освіти</w:t>
      </w:r>
      <w:proofErr w:type="spellEnd"/>
    </w:p>
    <w:p w:rsidR="00CA67F4" w:rsidRPr="005F6191" w:rsidRDefault="00C72C8C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>
        <w:rPr>
          <w:rFonts w:cs="Times New Roman"/>
          <w:sz w:val="24"/>
          <w:szCs w:val="24"/>
          <w:lang w:val="ru-RU"/>
        </w:rPr>
        <w:t>Працівник</w:t>
      </w:r>
      <w:proofErr w:type="spellEnd"/>
      <w:r>
        <w:rPr>
          <w:rFonts w:cs="Times New Roman"/>
          <w:sz w:val="24"/>
          <w:szCs w:val="24"/>
          <w:lang w:val="ru-RU"/>
        </w:rPr>
        <w:t xml:space="preserve"> з</w:t>
      </w:r>
      <w:r w:rsidR="005C4B1B" w:rsidRPr="005F6191">
        <w:rPr>
          <w:rFonts w:cs="Times New Roman"/>
          <w:sz w:val="24"/>
          <w:szCs w:val="24"/>
          <w:lang w:val="ru-RU"/>
        </w:rPr>
        <w:t>акладу</w:t>
      </w:r>
      <w:r>
        <w:rPr>
          <w:rFonts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cs="Times New Roman"/>
          <w:sz w:val="24"/>
          <w:szCs w:val="24"/>
          <w:lang w:val="ru-RU"/>
        </w:rPr>
        <w:t>освіти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який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виявив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ознаки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дитиною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, став </w:t>
      </w:r>
      <w:proofErr w:type="spellStart"/>
      <w:proofErr w:type="gramStart"/>
      <w:r w:rsidR="005C4B1B" w:rsidRPr="005F6191">
        <w:rPr>
          <w:rFonts w:cs="Times New Roman"/>
          <w:sz w:val="24"/>
          <w:szCs w:val="24"/>
          <w:lang w:val="ru-RU"/>
        </w:rPr>
        <w:t>св</w:t>
      </w:r>
      <w:proofErr w:type="gramEnd"/>
      <w:r w:rsidR="005C4B1B" w:rsidRPr="005F6191">
        <w:rPr>
          <w:rFonts w:cs="Times New Roman"/>
          <w:sz w:val="24"/>
          <w:szCs w:val="24"/>
          <w:lang w:val="ru-RU"/>
        </w:rPr>
        <w:t>ідком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події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отримав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відповідну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інформацію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зобов’язаний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>:</w:t>
      </w:r>
    </w:p>
    <w:p w:rsidR="00CA67F4" w:rsidRPr="005F6191" w:rsidRDefault="005C4B1B" w:rsidP="005F6191">
      <w:pPr>
        <w:pStyle w:val="a0"/>
        <w:spacing w:after="40" w:line="240" w:lineRule="auto"/>
        <w:ind w:left="709" w:firstLine="284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негайно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припинити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 межах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своїх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повноважень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забезпечити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безпеку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наражаючи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її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додаткову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небезпеку</w:t>
      </w:r>
      <w:proofErr w:type="spellEnd"/>
      <w:r w:rsidRPr="005F6191">
        <w:rPr>
          <w:rFonts w:cs="Times New Roman"/>
          <w:sz w:val="24"/>
          <w:szCs w:val="24"/>
          <w:lang w:val="ru-RU"/>
        </w:rPr>
        <w:t>;</w:t>
      </w:r>
    </w:p>
    <w:p w:rsidR="00CA67F4" w:rsidRPr="005F6191" w:rsidRDefault="005C4B1B" w:rsidP="005F6191">
      <w:pPr>
        <w:pStyle w:val="a0"/>
        <w:spacing w:after="40" w:line="240" w:lineRule="auto"/>
        <w:ind w:left="709" w:firstLine="284"/>
        <w:rPr>
          <w:rFonts w:cs="Times New Roman"/>
          <w:sz w:val="24"/>
          <w:szCs w:val="24"/>
          <w:lang w:val="ru-RU"/>
        </w:rPr>
      </w:pPr>
      <w:proofErr w:type="gramStart"/>
      <w:r w:rsidRPr="005F6191">
        <w:rPr>
          <w:rFonts w:cs="Times New Roman"/>
          <w:sz w:val="24"/>
          <w:szCs w:val="24"/>
          <w:lang w:val="ru-RU"/>
        </w:rPr>
        <w:t xml:space="preserve">за потреби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домедичну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допомогу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викликати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екстрену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медичну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допомогу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номером 103;</w:t>
      </w:r>
      <w:proofErr w:type="gramEnd"/>
    </w:p>
    <w:p w:rsidR="00CA67F4" w:rsidRPr="005F6191" w:rsidRDefault="005C4B1B" w:rsidP="005F6191">
      <w:pPr>
        <w:pStyle w:val="a0"/>
        <w:spacing w:after="40" w:line="240" w:lineRule="auto"/>
        <w:ind w:left="709" w:firstLine="284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невідкладно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звернутися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Pr="005F6191">
        <w:rPr>
          <w:rFonts w:cs="Times New Roman"/>
          <w:sz w:val="24"/>
          <w:szCs w:val="24"/>
          <w:lang w:val="ru-RU"/>
        </w:rPr>
        <w:t>до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орган</w:t>
      </w:r>
      <w:proofErr w:type="gramEnd"/>
      <w:r w:rsidRPr="005F6191">
        <w:rPr>
          <w:rFonts w:cs="Times New Roman"/>
          <w:sz w:val="24"/>
          <w:szCs w:val="24"/>
          <w:lang w:val="ru-RU"/>
        </w:rPr>
        <w:t>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Національної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поліції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номером 102;</w:t>
      </w:r>
    </w:p>
    <w:p w:rsidR="00CA67F4" w:rsidRPr="005F6191" w:rsidRDefault="005C4B1B" w:rsidP="005F6191">
      <w:pPr>
        <w:pStyle w:val="a0"/>
        <w:spacing w:after="40" w:line="240" w:lineRule="auto"/>
        <w:ind w:left="709" w:firstLine="284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не</w:t>
      </w:r>
      <w:r w:rsidR="00C72C8C">
        <w:rPr>
          <w:rFonts w:cs="Times New Roman"/>
          <w:sz w:val="24"/>
          <w:szCs w:val="24"/>
          <w:lang w:val="ru-RU"/>
        </w:rPr>
        <w:t>відкладно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повідомити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паперовій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електронній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формі</w:t>
      </w:r>
      <w:proofErr w:type="spellEnd"/>
      <w:r w:rsidRPr="005F6191">
        <w:rPr>
          <w:rFonts w:cs="Times New Roman"/>
          <w:sz w:val="24"/>
          <w:szCs w:val="24"/>
          <w:lang w:val="ru-RU"/>
        </w:rPr>
        <w:t>;</w:t>
      </w:r>
    </w:p>
    <w:p w:rsidR="00CA67F4" w:rsidRPr="005F6191" w:rsidRDefault="005C4B1B" w:rsidP="005F6191">
      <w:pPr>
        <w:pStyle w:val="a0"/>
        <w:spacing w:after="40" w:line="240" w:lineRule="auto"/>
        <w:ind w:left="709" w:firstLine="284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повідомити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батьків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кр</w:t>
      </w:r>
      <w:proofErr w:type="gramEnd"/>
      <w:r w:rsidRPr="005F6191">
        <w:rPr>
          <w:rFonts w:cs="Times New Roman"/>
          <w:sz w:val="24"/>
          <w:szCs w:val="24"/>
          <w:lang w:val="ru-RU"/>
        </w:rPr>
        <w:t>ім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коли вони є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ймовірними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кривдниками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>;</w:t>
      </w:r>
    </w:p>
    <w:p w:rsidR="00CA67F4" w:rsidRPr="005F6191" w:rsidRDefault="005C4B1B" w:rsidP="005F6191">
      <w:pPr>
        <w:pStyle w:val="a0"/>
        <w:spacing w:after="40" w:line="240" w:lineRule="auto"/>
        <w:ind w:left="709" w:firstLine="284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зберегти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можливі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докази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поширювати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стороннім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особам.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проводить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самостійного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розслідування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влаштовує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очної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ставки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між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сторонами,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змушує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неодноразово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переказувати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подію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обіцяє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таємниці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св</w:t>
      </w:r>
      <w:proofErr w:type="gramEnd"/>
      <w:r w:rsidRPr="005F6191">
        <w:rPr>
          <w:rFonts w:cs="Times New Roman"/>
          <w:sz w:val="24"/>
          <w:szCs w:val="24"/>
          <w:lang w:val="ru-RU"/>
        </w:rPr>
        <w:t>ідчить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загрозу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дитині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IV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Дії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керівника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акладу</w:t>
      </w:r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освіти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забезпечує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Типової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програми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оприлюднює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внутрішні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документи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формує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погодженням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службою у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організовує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навчання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працівникі</w:t>
      </w:r>
      <w:proofErr w:type="gramStart"/>
      <w:r w:rsidRPr="005F6191">
        <w:rPr>
          <w:rFonts w:cs="Times New Roman"/>
          <w:sz w:val="24"/>
          <w:szCs w:val="24"/>
          <w:lang w:val="ru-RU"/>
        </w:rPr>
        <w:t>в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контролює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Порядку.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</w:t>
      </w:r>
      <w:proofErr w:type="gramStart"/>
      <w:r w:rsidRPr="005F6191">
        <w:rPr>
          <w:rFonts w:cs="Times New Roman"/>
          <w:sz w:val="24"/>
          <w:szCs w:val="24"/>
          <w:lang w:val="ru-RU"/>
        </w:rPr>
        <w:t>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раз</w:t>
      </w:r>
      <w:proofErr w:type="gramEnd"/>
      <w:r w:rsidRPr="005F6191">
        <w:rPr>
          <w:rFonts w:cs="Times New Roman"/>
          <w:sz w:val="24"/>
          <w:szCs w:val="24"/>
          <w:lang w:val="ru-RU"/>
        </w:rPr>
        <w:t>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виявлення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ознак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жорстокого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невідкладно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у строк,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перевищує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трьох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годин:</w:t>
      </w:r>
    </w:p>
    <w:p w:rsidR="00CA67F4" w:rsidRPr="005F6191" w:rsidRDefault="005C4B1B" w:rsidP="00C72C8C">
      <w:pPr>
        <w:pStyle w:val="a0"/>
        <w:spacing w:after="40" w:line="240" w:lineRule="auto"/>
        <w:ind w:left="709" w:firstLine="425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письмово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(у тому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числі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засобами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електронної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комунікації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)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батьків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кр</w:t>
      </w:r>
      <w:proofErr w:type="gramEnd"/>
      <w:r w:rsidRPr="005F6191">
        <w:rPr>
          <w:rFonts w:cs="Times New Roman"/>
          <w:sz w:val="24"/>
          <w:szCs w:val="24"/>
          <w:lang w:val="ru-RU"/>
        </w:rPr>
        <w:t>ім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коли вони є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ймовірними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кривдниками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>;</w:t>
      </w:r>
    </w:p>
    <w:p w:rsidR="00CA67F4" w:rsidRPr="005F6191" w:rsidRDefault="005C4B1B" w:rsidP="00C72C8C">
      <w:pPr>
        <w:pStyle w:val="a0"/>
        <w:spacing w:after="40" w:line="240" w:lineRule="auto"/>
        <w:ind w:left="709" w:firstLine="425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письмово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уповноважений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ідрозділ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органу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Національної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поліції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>;</w:t>
      </w:r>
    </w:p>
    <w:p w:rsidR="00CA67F4" w:rsidRPr="005F6191" w:rsidRDefault="005C4B1B" w:rsidP="00C72C8C">
      <w:pPr>
        <w:pStyle w:val="a0"/>
        <w:spacing w:after="40" w:line="240" w:lineRule="auto"/>
        <w:ind w:left="709" w:firstLine="425"/>
        <w:rPr>
          <w:rFonts w:cs="Times New Roman"/>
          <w:sz w:val="24"/>
          <w:szCs w:val="24"/>
          <w:lang w:val="ru-RU"/>
        </w:rPr>
      </w:pPr>
      <w:proofErr w:type="spellStart"/>
      <w:r w:rsidRPr="005F6191">
        <w:rPr>
          <w:rFonts w:cs="Times New Roman"/>
          <w:sz w:val="24"/>
          <w:szCs w:val="24"/>
          <w:lang w:val="ru-RU"/>
        </w:rPr>
        <w:t>письмово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службу </w:t>
      </w:r>
      <w:proofErr w:type="gramStart"/>
      <w:r w:rsidRPr="005F6191">
        <w:rPr>
          <w:rFonts w:cs="Times New Roman"/>
          <w:sz w:val="24"/>
          <w:szCs w:val="24"/>
          <w:lang w:val="ru-RU"/>
        </w:rPr>
        <w:t>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справа</w:t>
      </w:r>
      <w:r w:rsidR="00C72C8C">
        <w:rPr>
          <w:rFonts w:cs="Times New Roman"/>
          <w:sz w:val="24"/>
          <w:szCs w:val="24"/>
          <w:lang w:val="ru-RU"/>
        </w:rPr>
        <w:t xml:space="preserve">х </w:t>
      </w:r>
      <w:proofErr w:type="spellStart"/>
      <w:r w:rsidR="00C72C8C">
        <w:rPr>
          <w:rFonts w:cs="Times New Roman"/>
          <w:sz w:val="24"/>
          <w:szCs w:val="24"/>
          <w:lang w:val="ru-RU"/>
        </w:rPr>
        <w:t>дітей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="00C72C8C">
        <w:rPr>
          <w:rFonts w:cs="Times New Roman"/>
          <w:sz w:val="24"/>
          <w:szCs w:val="24"/>
          <w:lang w:val="ru-RU"/>
        </w:rPr>
        <w:t>місцем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розташування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>;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скликає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засідання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ізніше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ніж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протягом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трьох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робочих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днів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із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дня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отримання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lastRenderedPageBreak/>
        <w:t xml:space="preserve">4.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стосується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r w:rsidR="00C72C8C">
        <w:rPr>
          <w:rFonts w:cs="Times New Roman"/>
          <w:sz w:val="24"/>
          <w:szCs w:val="24"/>
          <w:lang w:val="ru-RU"/>
        </w:rPr>
        <w:t>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функції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щодо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засновник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орган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управління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освітою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gramStart"/>
      <w:r w:rsidRPr="005F6191">
        <w:rPr>
          <w:rFonts w:cs="Times New Roman"/>
          <w:sz w:val="24"/>
          <w:szCs w:val="24"/>
          <w:lang w:val="ru-RU"/>
        </w:rPr>
        <w:t>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раз</w:t>
      </w:r>
      <w:proofErr w:type="gramEnd"/>
      <w:r w:rsidRPr="005F6191">
        <w:rPr>
          <w:rFonts w:cs="Times New Roman"/>
          <w:sz w:val="24"/>
          <w:szCs w:val="24"/>
          <w:lang w:val="ru-RU"/>
        </w:rPr>
        <w:t>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відсутності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особи, яка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обов’язки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ці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функції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також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засновник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орган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управління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Комісія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розгляду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випадків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</w:t>
      </w:r>
      <w:r w:rsidR="00C72C8C">
        <w:rPr>
          <w:rFonts w:cs="Times New Roman"/>
          <w:sz w:val="24"/>
          <w:szCs w:val="24"/>
          <w:lang w:val="ru-RU"/>
        </w:rPr>
        <w:t>ісія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є </w:t>
      </w:r>
      <w:proofErr w:type="spellStart"/>
      <w:r w:rsidR="00C72C8C">
        <w:rPr>
          <w:rFonts w:cs="Times New Roman"/>
          <w:sz w:val="24"/>
          <w:szCs w:val="24"/>
          <w:lang w:val="ru-RU"/>
        </w:rPr>
        <w:t>постійно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C72C8C">
        <w:rPr>
          <w:rFonts w:cs="Times New Roman"/>
          <w:sz w:val="24"/>
          <w:szCs w:val="24"/>
          <w:lang w:val="ru-RU"/>
        </w:rPr>
        <w:t>діючим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органом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C72C8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</w:t>
      </w:r>
      <w:r w:rsidR="00C72C8C">
        <w:rPr>
          <w:rFonts w:cs="Times New Roman"/>
          <w:sz w:val="24"/>
          <w:szCs w:val="24"/>
          <w:lang w:val="ru-RU"/>
        </w:rPr>
        <w:t>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Її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склад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затверджується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наказом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погодженням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службою </w:t>
      </w:r>
      <w:proofErr w:type="gramStart"/>
      <w:r w:rsidRPr="005F6191">
        <w:rPr>
          <w:rFonts w:cs="Times New Roman"/>
          <w:sz w:val="24"/>
          <w:szCs w:val="24"/>
          <w:lang w:val="ru-RU"/>
        </w:rPr>
        <w:t>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місцем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розташування</w:t>
      </w:r>
      <w:proofErr w:type="spellEnd"/>
      <w:r w:rsidR="00C72C8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 xml:space="preserve">акладу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оприлюднюється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дотриманням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вимог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щодо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захисту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До складу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входять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менше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п’яти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: голова, заступник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голови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секретар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чле</w:t>
      </w:r>
      <w:r w:rsidR="001D0B2C">
        <w:rPr>
          <w:rFonts w:cs="Times New Roman"/>
          <w:sz w:val="24"/>
          <w:szCs w:val="24"/>
          <w:lang w:val="ru-RU"/>
        </w:rPr>
        <w:t xml:space="preserve">ни </w:t>
      </w:r>
      <w:proofErr w:type="spellStart"/>
      <w:r w:rsidR="001D0B2C">
        <w:rPr>
          <w:rFonts w:cs="Times New Roman"/>
          <w:sz w:val="24"/>
          <w:szCs w:val="24"/>
          <w:lang w:val="ru-RU"/>
        </w:rPr>
        <w:t>комісії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. Головою є </w:t>
      </w:r>
      <w:proofErr w:type="spellStart"/>
      <w:r w:rsidR="001D0B2C">
        <w:rPr>
          <w:rFonts w:cs="Times New Roman"/>
          <w:sz w:val="24"/>
          <w:szCs w:val="24"/>
          <w:lang w:val="ru-RU"/>
        </w:rPr>
        <w:t>керівник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>. Д</w:t>
      </w:r>
      <w:r w:rsidR="001D0B2C">
        <w:rPr>
          <w:rFonts w:cs="Times New Roman"/>
          <w:sz w:val="24"/>
          <w:szCs w:val="24"/>
          <w:lang w:val="ru-RU"/>
        </w:rPr>
        <w:t xml:space="preserve">о складу </w:t>
      </w:r>
      <w:proofErr w:type="spellStart"/>
      <w:r w:rsidR="001D0B2C">
        <w:rPr>
          <w:rFonts w:cs="Times New Roman"/>
          <w:sz w:val="24"/>
          <w:szCs w:val="24"/>
          <w:lang w:val="ru-RU"/>
        </w:rPr>
        <w:t>включають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працівників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 xml:space="preserve">акладу,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зокрема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педагогічних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</w:t>
      </w:r>
      <w:r w:rsidR="002A00C0">
        <w:rPr>
          <w:rFonts w:cs="Times New Roman"/>
          <w:sz w:val="24"/>
          <w:szCs w:val="24"/>
          <w:lang w:val="ru-RU"/>
        </w:rPr>
        <w:t>иків</w:t>
      </w:r>
      <w:proofErr w:type="spellEnd"/>
      <w:r w:rsidR="002A00C0">
        <w:rPr>
          <w:rFonts w:cs="Times New Roman"/>
          <w:sz w:val="24"/>
          <w:szCs w:val="24"/>
          <w:lang w:val="ru-RU"/>
        </w:rPr>
        <w:t>, практичного психолога,</w:t>
      </w:r>
      <w:proofErr w:type="gramStart"/>
      <w:r w:rsidR="002A00C0">
        <w:rPr>
          <w:rFonts w:cs="Times New Roman"/>
          <w:sz w:val="24"/>
          <w:szCs w:val="24"/>
          <w:lang w:val="ru-RU"/>
        </w:rPr>
        <w:t xml:space="preserve"> </w:t>
      </w:r>
      <w:r w:rsidRPr="005F6191">
        <w:rPr>
          <w:rFonts w:cs="Times New Roman"/>
          <w:sz w:val="24"/>
          <w:szCs w:val="24"/>
          <w:lang w:val="ru-RU"/>
        </w:rPr>
        <w:t>,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служб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служби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r w:rsidR="001D0B2C">
        <w:rPr>
          <w:rFonts w:cs="Times New Roman"/>
          <w:sz w:val="24"/>
          <w:szCs w:val="24"/>
          <w:lang w:val="ru-RU"/>
        </w:rPr>
        <w:t xml:space="preserve">(за </w:t>
      </w:r>
      <w:proofErr w:type="spellStart"/>
      <w:r w:rsidR="001D0B2C">
        <w:rPr>
          <w:rFonts w:cs="Times New Roman"/>
          <w:sz w:val="24"/>
          <w:szCs w:val="24"/>
          <w:lang w:val="ru-RU"/>
        </w:rPr>
        <w:t>згодою</w:t>
      </w:r>
      <w:proofErr w:type="spellEnd"/>
      <w:r w:rsidR="001D0B2C">
        <w:rPr>
          <w:rFonts w:cs="Times New Roman"/>
          <w:sz w:val="24"/>
          <w:szCs w:val="24"/>
          <w:lang w:val="ru-RU"/>
        </w:rPr>
        <w:t>)</w:t>
      </w:r>
      <w:r w:rsidRPr="005F6191">
        <w:rPr>
          <w:rFonts w:cs="Times New Roman"/>
          <w:sz w:val="24"/>
          <w:szCs w:val="24"/>
          <w:lang w:val="ru-RU"/>
        </w:rPr>
        <w:t xml:space="preserve">;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уповноваженого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пі</w:t>
      </w:r>
      <w:r w:rsidR="001D0B2C">
        <w:rPr>
          <w:rFonts w:cs="Times New Roman"/>
          <w:sz w:val="24"/>
          <w:szCs w:val="24"/>
          <w:lang w:val="ru-RU"/>
        </w:rPr>
        <w:t>дрозділу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Національної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поліції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(</w:t>
      </w:r>
      <w:r w:rsidRPr="005F6191">
        <w:rPr>
          <w:rFonts w:cs="Times New Roman"/>
          <w:sz w:val="24"/>
          <w:szCs w:val="24"/>
          <w:lang w:val="ru-RU"/>
        </w:rPr>
        <w:t xml:space="preserve">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згодою</w:t>
      </w:r>
      <w:proofErr w:type="spellEnd"/>
      <w:r w:rsidR="001D0B2C">
        <w:rPr>
          <w:rFonts w:cs="Times New Roman"/>
          <w:sz w:val="24"/>
          <w:szCs w:val="24"/>
          <w:lang w:val="ru-RU"/>
        </w:rPr>
        <w:t>)</w:t>
      </w:r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щодо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надійшло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входити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складу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Член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щодо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надійшло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виключається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Кожен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член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зобов’язаний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невідкладно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письмово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повідомити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конфлікт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інтересі</w:t>
      </w:r>
      <w:proofErr w:type="gramStart"/>
      <w:r w:rsidRPr="005F6191">
        <w:rPr>
          <w:rFonts w:cs="Times New Roman"/>
          <w:sz w:val="24"/>
          <w:szCs w:val="24"/>
          <w:lang w:val="ru-RU"/>
        </w:rPr>
        <w:t>в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збирає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й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аналізує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оцінює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потреби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соц</w:t>
      </w:r>
      <w:proofErr w:type="gramEnd"/>
      <w:r w:rsidRPr="005F6191">
        <w:rPr>
          <w:rFonts w:cs="Times New Roman"/>
          <w:sz w:val="24"/>
          <w:szCs w:val="24"/>
          <w:lang w:val="ru-RU"/>
        </w:rPr>
        <w:t>іальних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психолого-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педагогічних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послугах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визначає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причини та заходи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рекомендації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здійснює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моніторинг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їх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й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службу у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5.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рекомендувати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добровільне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проходження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програм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особам,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які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ймовірно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вчинили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постраждали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нього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стали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св</w:t>
      </w:r>
      <w:proofErr w:type="gramEnd"/>
      <w:r w:rsidRPr="005F6191">
        <w:rPr>
          <w:rFonts w:cs="Times New Roman"/>
          <w:sz w:val="24"/>
          <w:szCs w:val="24"/>
          <w:lang w:val="ru-RU"/>
        </w:rPr>
        <w:t>ідками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Заклад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сприяє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отриманню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таких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направлення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взаємодії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компетентними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установами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6.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Засідання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проводиться очно,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дистанційно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змішаному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форматі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Засідання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є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правоможним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участі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менш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як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двох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третин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затвердженого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складу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</w:t>
      </w:r>
      <w:proofErr w:type="gramStart"/>
      <w:r w:rsidRPr="005F6191">
        <w:rPr>
          <w:rFonts w:cs="Times New Roman"/>
          <w:sz w:val="24"/>
          <w:szCs w:val="24"/>
          <w:lang w:val="ru-RU"/>
        </w:rPr>
        <w:t>с</w:t>
      </w:r>
      <w:proofErr w:type="gramEnd"/>
      <w:r w:rsidRPr="005F6191">
        <w:rPr>
          <w:rFonts w:cs="Times New Roman"/>
          <w:sz w:val="24"/>
          <w:szCs w:val="24"/>
          <w:lang w:val="ru-RU"/>
        </w:rPr>
        <w:t>ії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7.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Секретар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ізніше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ніж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одну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добу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членів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заінтересованих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дату, час,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місце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формат і порядок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денний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засідання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матеріали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8.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</w:t>
      </w:r>
      <w:proofErr w:type="gramEnd"/>
      <w:r w:rsidRPr="005F6191">
        <w:rPr>
          <w:rFonts w:cs="Times New Roman"/>
          <w:sz w:val="24"/>
          <w:szCs w:val="24"/>
          <w:lang w:val="ru-RU"/>
        </w:rPr>
        <w:t>ішення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приймаються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відкритим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голосуванням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більшістю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голосів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затвердженого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складу. За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</w:t>
      </w:r>
      <w:proofErr w:type="gramEnd"/>
      <w:r w:rsidRPr="005F6191">
        <w:rPr>
          <w:rFonts w:cs="Times New Roman"/>
          <w:sz w:val="24"/>
          <w:szCs w:val="24"/>
          <w:lang w:val="ru-RU"/>
        </w:rPr>
        <w:t>івного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розподілу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голосів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вирішальним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є голос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голови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а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відсутності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- заступника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голови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9. Строк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опрацювання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комісією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її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завдань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перевищувати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10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робочих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днів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із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дня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отр</w:t>
      </w:r>
      <w:r w:rsidR="001D0B2C">
        <w:rPr>
          <w:rFonts w:cs="Times New Roman"/>
          <w:sz w:val="24"/>
          <w:szCs w:val="24"/>
          <w:lang w:val="ru-RU"/>
        </w:rPr>
        <w:t>имання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керівником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10.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Засідання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оформлюється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протоколом. Голова доводить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рішення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заінтересованих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proofErr w:type="gramStart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</w:t>
      </w:r>
      <w:proofErr w:type="gramEnd"/>
      <w:r w:rsidRPr="005F6191">
        <w:rPr>
          <w:rFonts w:cs="Times New Roman"/>
          <w:sz w:val="24"/>
          <w:szCs w:val="24"/>
          <w:lang w:val="ru-RU"/>
        </w:rPr>
        <w:t>ержавної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служби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контролює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Збір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дитини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збирається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лише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обсязі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необхідному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безпеки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й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об’єктивного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розгляду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Можуть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враховуватися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пояснення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висновки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практичного п</w:t>
      </w:r>
      <w:r w:rsidR="002A00C0">
        <w:rPr>
          <w:rFonts w:cs="Times New Roman"/>
          <w:sz w:val="24"/>
          <w:szCs w:val="24"/>
          <w:lang w:val="ru-RU"/>
        </w:rPr>
        <w:t>сихолога</w:t>
      </w:r>
      <w:proofErr w:type="gramStart"/>
      <w:r w:rsidR="002A00C0">
        <w:rPr>
          <w:rFonts w:cs="Times New Roman"/>
          <w:sz w:val="24"/>
          <w:szCs w:val="24"/>
          <w:lang w:val="ru-RU"/>
        </w:rPr>
        <w:t xml:space="preserve"> </w:t>
      </w:r>
      <w:r w:rsidRPr="005F6191">
        <w:rPr>
          <w:rFonts w:cs="Times New Roman"/>
          <w:sz w:val="24"/>
          <w:szCs w:val="24"/>
          <w:lang w:val="ru-RU"/>
        </w:rPr>
        <w:t>,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компетентних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служб,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матеріали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технічних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засобів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належні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Спілкування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здійснюється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безпечних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умовах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зрозумілою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Pr="005F6191">
        <w:rPr>
          <w:rFonts w:cs="Times New Roman"/>
          <w:sz w:val="24"/>
          <w:szCs w:val="24"/>
          <w:lang w:val="ru-RU"/>
        </w:rPr>
        <w:t>для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мовою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урахуванням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стану.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Забороняються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тиск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залякування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звинувачення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навідні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запитання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повторна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травматизація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Опитування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щодо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ознак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сексуального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здійснюється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виключно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 порядку,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встановленому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законодавством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із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залученням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</w:t>
      </w:r>
      <w:r w:rsidR="001D0B2C">
        <w:rPr>
          <w:rFonts w:cs="Times New Roman"/>
          <w:sz w:val="24"/>
          <w:szCs w:val="24"/>
          <w:lang w:val="ru-RU"/>
        </w:rPr>
        <w:t>петентних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фахівців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="001D0B2C">
        <w:rPr>
          <w:rFonts w:cs="Times New Roman"/>
          <w:sz w:val="24"/>
          <w:szCs w:val="24"/>
          <w:lang w:val="ru-RU"/>
        </w:rPr>
        <w:t>Працівники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</w:t>
      </w:r>
      <w:proofErr w:type="gramStart"/>
      <w:r w:rsidR="001D0B2C">
        <w:rPr>
          <w:rFonts w:cs="Times New Roman"/>
          <w:sz w:val="24"/>
          <w:szCs w:val="24"/>
          <w:lang w:val="ru-RU"/>
        </w:rPr>
        <w:t>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проводять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детального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самостійного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опитування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1D0B2C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4. На час </w:t>
      </w:r>
      <w:proofErr w:type="spellStart"/>
      <w:r>
        <w:rPr>
          <w:rFonts w:cs="Times New Roman"/>
          <w:sz w:val="24"/>
          <w:szCs w:val="24"/>
          <w:lang w:val="ru-RU"/>
        </w:rPr>
        <w:t>розгляду</w:t>
      </w:r>
      <w:proofErr w:type="spellEnd"/>
      <w:r>
        <w:rPr>
          <w:rFonts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cs="Times New Roman"/>
          <w:sz w:val="24"/>
          <w:szCs w:val="24"/>
          <w:lang w:val="ru-RU"/>
        </w:rPr>
        <w:t>випадку</w:t>
      </w:r>
      <w:proofErr w:type="spellEnd"/>
      <w:r>
        <w:rPr>
          <w:rFonts w:cs="Times New Roman"/>
          <w:sz w:val="24"/>
          <w:szCs w:val="24"/>
          <w:lang w:val="ru-RU"/>
        </w:rPr>
        <w:t xml:space="preserve"> з</w:t>
      </w:r>
      <w:r w:rsidR="005C4B1B" w:rsidRPr="005F6191">
        <w:rPr>
          <w:rFonts w:cs="Times New Roman"/>
          <w:sz w:val="24"/>
          <w:szCs w:val="24"/>
          <w:lang w:val="ru-RU"/>
        </w:rPr>
        <w:t>аклад</w:t>
      </w:r>
      <w:r>
        <w:rPr>
          <w:rFonts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cs="Times New Roman"/>
          <w:sz w:val="24"/>
          <w:szCs w:val="24"/>
          <w:lang w:val="ru-RU"/>
        </w:rPr>
        <w:t>освіти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уживає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заходів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контакту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ймовірним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кривдником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забезпечення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психологічної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="005C4B1B"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="005C4B1B" w:rsidRPr="005F6191">
        <w:rPr>
          <w:rFonts w:cs="Times New Roman"/>
          <w:sz w:val="24"/>
          <w:szCs w:val="24"/>
          <w:lang w:val="ru-RU"/>
        </w:rPr>
        <w:t>ідтримки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безпечного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lastRenderedPageBreak/>
        <w:t>продовження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навчання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Такі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заходи не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можуть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принижувати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гідність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покладати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неї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відповідальність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="005C4B1B" w:rsidRPr="005F6191">
        <w:rPr>
          <w:rFonts w:cs="Times New Roman"/>
          <w:sz w:val="24"/>
          <w:szCs w:val="24"/>
          <w:lang w:val="ru-RU"/>
        </w:rPr>
        <w:t>подію</w:t>
      </w:r>
      <w:proofErr w:type="spellEnd"/>
      <w:r w:rsidR="005C4B1B"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VII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допомога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моніторинг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За результатами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розгляду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визначає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потреби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соц</w:t>
      </w:r>
      <w:proofErr w:type="gramEnd"/>
      <w:r w:rsidRPr="005F6191">
        <w:rPr>
          <w:rFonts w:cs="Times New Roman"/>
          <w:sz w:val="24"/>
          <w:szCs w:val="24"/>
          <w:lang w:val="ru-RU"/>
        </w:rPr>
        <w:t>іальні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психологічні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педагогічні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медичні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правничі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послуги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; заходи для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усунення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причин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;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відповідальних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строки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;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рекомендації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працівникам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законним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представникам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</w:t>
      </w:r>
      <w:proofErr w:type="gramEnd"/>
      <w:r w:rsidRPr="005F6191">
        <w:rPr>
          <w:rFonts w:cs="Times New Roman"/>
          <w:sz w:val="24"/>
          <w:szCs w:val="24"/>
          <w:lang w:val="ru-RU"/>
        </w:rPr>
        <w:t>ішення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замінює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повноважень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Національної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поліції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служби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органів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опіки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піклування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суду і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містить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висновку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кримінальну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адміністративну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винуватість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особи.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r w:rsidR="001D0B2C">
        <w:rPr>
          <w:rFonts w:cs="Times New Roman"/>
          <w:sz w:val="24"/>
          <w:szCs w:val="24"/>
          <w:lang w:val="ru-RU"/>
        </w:rPr>
        <w:t>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виконують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</w:t>
      </w:r>
      <w:proofErr w:type="gramEnd"/>
      <w:r w:rsidRPr="005F6191">
        <w:rPr>
          <w:rFonts w:cs="Times New Roman"/>
          <w:sz w:val="24"/>
          <w:szCs w:val="24"/>
          <w:lang w:val="ru-RU"/>
        </w:rPr>
        <w:t>ішення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рекомендації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 межах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своїх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повноважень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Практичн</w:t>
      </w:r>
      <w:r w:rsidR="002A00C0">
        <w:rPr>
          <w:rFonts w:cs="Times New Roman"/>
          <w:sz w:val="24"/>
          <w:szCs w:val="24"/>
          <w:lang w:val="ru-RU"/>
        </w:rPr>
        <w:t>ий</w:t>
      </w:r>
      <w:proofErr w:type="spellEnd"/>
      <w:r w:rsidR="002A00C0">
        <w:rPr>
          <w:rFonts w:cs="Times New Roman"/>
          <w:sz w:val="24"/>
          <w:szCs w:val="24"/>
          <w:lang w:val="ru-RU"/>
        </w:rPr>
        <w:t xml:space="preserve"> психолог  </w:t>
      </w:r>
      <w:proofErr w:type="spellStart"/>
      <w:r w:rsidR="002A00C0">
        <w:rPr>
          <w:rFonts w:cs="Times New Roman"/>
          <w:sz w:val="24"/>
          <w:szCs w:val="24"/>
          <w:lang w:val="ru-RU"/>
        </w:rPr>
        <w:t>надає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ідтримку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в межах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професійної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компе</w:t>
      </w:r>
      <w:r w:rsidR="002A00C0">
        <w:rPr>
          <w:rFonts w:cs="Times New Roman"/>
          <w:sz w:val="24"/>
          <w:szCs w:val="24"/>
          <w:lang w:val="ru-RU"/>
        </w:rPr>
        <w:t>тентності</w:t>
      </w:r>
      <w:proofErr w:type="spellEnd"/>
      <w:r w:rsidR="002A00C0">
        <w:rPr>
          <w:rFonts w:cs="Times New Roman"/>
          <w:sz w:val="24"/>
          <w:szCs w:val="24"/>
          <w:lang w:val="ru-RU"/>
        </w:rPr>
        <w:t xml:space="preserve"> та за потреби </w:t>
      </w:r>
      <w:proofErr w:type="spellStart"/>
      <w:r w:rsidR="002A00C0">
        <w:rPr>
          <w:rFonts w:cs="Times New Roman"/>
          <w:sz w:val="24"/>
          <w:szCs w:val="24"/>
          <w:lang w:val="ru-RU"/>
        </w:rPr>
        <w:t>сприяє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перенаправленню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фахівців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4. Голова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організовує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моніторинг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повторного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рекомендацій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надається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службі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Pr="005F6191">
        <w:rPr>
          <w:rFonts w:cs="Times New Roman"/>
          <w:sz w:val="24"/>
          <w:szCs w:val="24"/>
          <w:lang w:val="ru-RU"/>
        </w:rPr>
        <w:t>у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справах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чинного Порядку.</w:t>
      </w:r>
    </w:p>
    <w:p w:rsidR="00CA67F4" w:rsidRPr="005F6191" w:rsidRDefault="005C4B1B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F6191">
        <w:rPr>
          <w:rFonts w:ascii="Times New Roman" w:eastAsia="Times New Roman" w:hAnsi="Times New Roman" w:cs="Times New Roman"/>
          <w:sz w:val="24"/>
          <w:szCs w:val="24"/>
        </w:rPr>
        <w:t>VIII</w:t>
      </w:r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Конфіденційність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зберігання</w:t>
      </w:r>
      <w:proofErr w:type="spellEnd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документів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обставини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випадку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є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інформацією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обмеженим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доступом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обробляються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. </w:t>
      </w:r>
      <w:proofErr w:type="gramStart"/>
      <w:r w:rsidRPr="005F6191">
        <w:rPr>
          <w:rFonts w:cs="Times New Roman"/>
          <w:sz w:val="24"/>
          <w:szCs w:val="24"/>
          <w:lang w:val="ru-RU"/>
        </w:rPr>
        <w:t>Вони</w:t>
      </w:r>
      <w:proofErr w:type="gram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надаються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лише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особам та органам,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уповноваженим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реагування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захист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Члени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й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залучені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особи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розголошують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відомості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отримані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роботи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і не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використовують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їх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власних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інтересах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інтересах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третіх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матеріали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протоколи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документи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р</w:t>
      </w:r>
      <w:proofErr w:type="gramEnd"/>
      <w:r w:rsidRPr="005F6191">
        <w:rPr>
          <w:rFonts w:cs="Times New Roman"/>
          <w:sz w:val="24"/>
          <w:szCs w:val="24"/>
          <w:lang w:val="ru-RU"/>
        </w:rPr>
        <w:t>ішень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зберігаються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загальнодоступної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документації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спосіб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що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унеможливлює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доступ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сторонніх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осіб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протягом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строків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визначених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номенклатурою справ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законодавством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1D0B2C" w:rsidP="005F6191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5C4B1B" w:rsidRPr="005F6191">
        <w:rPr>
          <w:rFonts w:ascii="Times New Roman" w:eastAsia="Times New Roman" w:hAnsi="Times New Roman" w:cs="Times New Roman"/>
          <w:sz w:val="24"/>
          <w:szCs w:val="24"/>
        </w:rPr>
        <w:t>X</w:t>
      </w:r>
      <w:r w:rsidR="005C4B1B"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5C4B1B"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Прикінцеві</w:t>
      </w:r>
      <w:proofErr w:type="spellEnd"/>
      <w:r w:rsidR="005C4B1B"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C4B1B" w:rsidRPr="005F6191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положення</w:t>
      </w:r>
      <w:proofErr w:type="spellEnd"/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1. Порядок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набирає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чинності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 дня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його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затвердження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наказом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r w:rsidR="001D0B2C">
        <w:rPr>
          <w:rFonts w:cs="Times New Roman"/>
          <w:sz w:val="24"/>
          <w:szCs w:val="24"/>
          <w:lang w:val="ru-RU"/>
        </w:rPr>
        <w:t>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Зміни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до Поряд</w:t>
      </w:r>
      <w:r w:rsidR="001D0B2C">
        <w:rPr>
          <w:rFonts w:cs="Times New Roman"/>
          <w:sz w:val="24"/>
          <w:szCs w:val="24"/>
          <w:lang w:val="ru-RU"/>
        </w:rPr>
        <w:t xml:space="preserve">ку </w:t>
      </w:r>
      <w:proofErr w:type="spellStart"/>
      <w:r w:rsidR="001D0B2C">
        <w:rPr>
          <w:rFonts w:cs="Times New Roman"/>
          <w:sz w:val="24"/>
          <w:szCs w:val="24"/>
          <w:lang w:val="ru-RU"/>
        </w:rPr>
        <w:t>вносяться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наказом </w:t>
      </w:r>
      <w:proofErr w:type="spellStart"/>
      <w:r w:rsidR="001D0B2C">
        <w:rPr>
          <w:rFonts w:cs="Times New Roman"/>
          <w:sz w:val="24"/>
          <w:szCs w:val="24"/>
          <w:lang w:val="ru-RU"/>
        </w:rPr>
        <w:t>керівника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 xml:space="preserve">акладу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освіти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</w:t>
      </w:r>
      <w:r w:rsidRPr="005F6191">
        <w:rPr>
          <w:rFonts w:cs="Times New Roman"/>
          <w:sz w:val="24"/>
          <w:szCs w:val="24"/>
          <w:lang w:val="ru-RU"/>
        </w:rPr>
        <w:t xml:space="preserve">в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разі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зміни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структури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або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каналів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також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рекомендаціями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комісії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чи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компетентних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органі</w:t>
      </w:r>
      <w:proofErr w:type="gramStart"/>
      <w:r w:rsidRPr="005F6191">
        <w:rPr>
          <w:rFonts w:cs="Times New Roman"/>
          <w:sz w:val="24"/>
          <w:szCs w:val="24"/>
          <w:lang w:val="ru-RU"/>
        </w:rPr>
        <w:t>в</w:t>
      </w:r>
      <w:proofErr w:type="spellEnd"/>
      <w:proofErr w:type="gram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5C4B1B" w:rsidP="005F6191">
      <w:pPr>
        <w:spacing w:line="240" w:lineRule="auto"/>
        <w:ind w:firstLine="709"/>
        <w:rPr>
          <w:rFonts w:cs="Times New Roman"/>
          <w:sz w:val="24"/>
          <w:szCs w:val="24"/>
          <w:lang w:val="ru-RU"/>
        </w:rPr>
      </w:pPr>
      <w:r w:rsidRPr="005F6191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Керівник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забезпечує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ознайомлення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працівників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із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Порядком </w:t>
      </w:r>
      <w:proofErr w:type="spellStart"/>
      <w:proofErr w:type="gramStart"/>
      <w:r w:rsidRPr="005F6191">
        <w:rPr>
          <w:rFonts w:cs="Times New Roman"/>
          <w:sz w:val="24"/>
          <w:szCs w:val="24"/>
          <w:lang w:val="ru-RU"/>
        </w:rPr>
        <w:t>п</w:t>
      </w:r>
      <w:proofErr w:type="gramEnd"/>
      <w:r w:rsidRPr="005F6191">
        <w:rPr>
          <w:rFonts w:cs="Times New Roman"/>
          <w:sz w:val="24"/>
          <w:szCs w:val="24"/>
          <w:lang w:val="ru-RU"/>
        </w:rPr>
        <w:t>ід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підпис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інформування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батьків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доступній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5F6191">
        <w:rPr>
          <w:rFonts w:cs="Times New Roman"/>
          <w:sz w:val="24"/>
          <w:szCs w:val="24"/>
          <w:lang w:val="ru-RU"/>
        </w:rPr>
        <w:t>формі</w:t>
      </w:r>
      <w:proofErr w:type="spellEnd"/>
      <w:r w:rsidRPr="005F6191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5F6191">
        <w:rPr>
          <w:rFonts w:cs="Times New Roman"/>
          <w:sz w:val="24"/>
          <w:szCs w:val="24"/>
          <w:lang w:val="ru-RU"/>
        </w:rPr>
        <w:t>оп</w:t>
      </w:r>
      <w:r w:rsidR="001D0B2C">
        <w:rPr>
          <w:rFonts w:cs="Times New Roman"/>
          <w:sz w:val="24"/>
          <w:szCs w:val="24"/>
          <w:lang w:val="ru-RU"/>
        </w:rPr>
        <w:t>рилюднення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Порядку на </w:t>
      </w:r>
      <w:proofErr w:type="spellStart"/>
      <w:r w:rsidR="001D0B2C">
        <w:rPr>
          <w:rFonts w:cs="Times New Roman"/>
          <w:sz w:val="24"/>
          <w:szCs w:val="24"/>
          <w:lang w:val="ru-RU"/>
        </w:rPr>
        <w:t>вебсайті</w:t>
      </w:r>
      <w:proofErr w:type="spellEnd"/>
      <w:r w:rsidR="001D0B2C">
        <w:rPr>
          <w:rFonts w:cs="Times New Roman"/>
          <w:sz w:val="24"/>
          <w:szCs w:val="24"/>
          <w:lang w:val="ru-RU"/>
        </w:rPr>
        <w:t xml:space="preserve"> з</w:t>
      </w:r>
      <w:r w:rsidRPr="005F6191">
        <w:rPr>
          <w:rFonts w:cs="Times New Roman"/>
          <w:sz w:val="24"/>
          <w:szCs w:val="24"/>
          <w:lang w:val="ru-RU"/>
        </w:rPr>
        <w:t>акладу</w:t>
      </w:r>
      <w:r w:rsidR="001D0B2C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="001D0B2C">
        <w:rPr>
          <w:rFonts w:cs="Times New Roman"/>
          <w:sz w:val="24"/>
          <w:szCs w:val="24"/>
          <w:lang w:val="ru-RU"/>
        </w:rPr>
        <w:t>освіти</w:t>
      </w:r>
      <w:proofErr w:type="spellEnd"/>
      <w:r w:rsidRPr="005F6191">
        <w:rPr>
          <w:rFonts w:cs="Times New Roman"/>
          <w:sz w:val="24"/>
          <w:szCs w:val="24"/>
          <w:lang w:val="ru-RU"/>
        </w:rPr>
        <w:t>.</w:t>
      </w:r>
    </w:p>
    <w:p w:rsidR="00CA67F4" w:rsidRPr="005F6191" w:rsidRDefault="00CA67F4">
      <w:pPr>
        <w:rPr>
          <w:rFonts w:cs="Times New Roman"/>
          <w:sz w:val="24"/>
          <w:szCs w:val="24"/>
          <w:lang w:val="ru-RU"/>
        </w:rPr>
      </w:pPr>
    </w:p>
    <w:sectPr w:rsidR="00CA67F4" w:rsidRPr="005F6191" w:rsidSect="00034616">
      <w:footerReference w:type="default" r:id="rId9"/>
      <w:pgSz w:w="11906" w:h="16838"/>
      <w:pgMar w:top="850" w:right="850" w:bottom="96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846" w:rsidRDefault="00A25846">
      <w:pPr>
        <w:spacing w:after="0" w:line="240" w:lineRule="auto"/>
      </w:pPr>
      <w:r>
        <w:separator/>
      </w:r>
    </w:p>
  </w:endnote>
  <w:endnote w:type="continuationSeparator" w:id="0">
    <w:p w:rsidR="00A25846" w:rsidRDefault="00A25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7F4" w:rsidRDefault="005C4B1B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6831A2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846" w:rsidRDefault="00A25846">
      <w:pPr>
        <w:spacing w:after="0" w:line="240" w:lineRule="auto"/>
      </w:pPr>
      <w:r>
        <w:separator/>
      </w:r>
    </w:p>
  </w:footnote>
  <w:footnote w:type="continuationSeparator" w:id="0">
    <w:p w:rsidR="00A25846" w:rsidRDefault="00A25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19FD"/>
    <w:rsid w:val="0006063C"/>
    <w:rsid w:val="000D1140"/>
    <w:rsid w:val="0015074B"/>
    <w:rsid w:val="001D0B2C"/>
    <w:rsid w:val="0029639D"/>
    <w:rsid w:val="002A00C0"/>
    <w:rsid w:val="00326F90"/>
    <w:rsid w:val="00367017"/>
    <w:rsid w:val="003D44FB"/>
    <w:rsid w:val="005B24BC"/>
    <w:rsid w:val="005C4B1B"/>
    <w:rsid w:val="005F6191"/>
    <w:rsid w:val="0060542F"/>
    <w:rsid w:val="006831A2"/>
    <w:rsid w:val="00A2134D"/>
    <w:rsid w:val="00A25846"/>
    <w:rsid w:val="00AA1D8D"/>
    <w:rsid w:val="00B47730"/>
    <w:rsid w:val="00C72C8C"/>
    <w:rsid w:val="00CA67F4"/>
    <w:rsid w:val="00CB0664"/>
    <w:rsid w:val="00CE5EF7"/>
    <w:rsid w:val="00D54509"/>
    <w:rsid w:val="00EF6A65"/>
    <w:rsid w:val="00F70B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5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545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5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545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CEEDC0-BA29-4D50-8B3A-271CC3EDB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1692</Words>
  <Characters>9649</Characters>
  <Application>Microsoft Office Word</Application>
  <DocSecurity>0</DocSecurity>
  <Lines>80</Lines>
  <Paragraphs>22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Уніфікований порядок реагування на ймовірні випадки насильства та жорстокого поводження з дітьми</vt:lpstr>
      <vt:lpstr>Уніфікований порядок реагування на ймовірні випадки насильства та жорстокого поводження з дітьми</vt:lpstr>
      <vt:lpstr/>
    </vt:vector>
  </TitlesOfParts>
  <Manager/>
  <Company/>
  <LinksUpToDate>false</LinksUpToDate>
  <CharactersWithSpaces>11319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Уніфікований порядок реагування на ймовірні випадки насильства та жорстокого поводження з дітьми</dc:title>
  <dc:subject>Для закладів освіти Хмельницької міської територіальної громади</dc:subject>
  <dc:creator/>
  <cp:keywords/>
  <dc:description>generated by python-docx</dc:description>
  <cp:lastModifiedBy>user</cp:lastModifiedBy>
  <cp:revision>12</cp:revision>
  <cp:lastPrinted>2026-09-07T13:20:00Z</cp:lastPrinted>
  <dcterms:created xsi:type="dcterms:W3CDTF">2013-12-23T23:15:00Z</dcterms:created>
  <dcterms:modified xsi:type="dcterms:W3CDTF">2026-09-14T07:11:00Z</dcterms:modified>
  <cp:category/>
</cp:coreProperties>
</file>